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977D" w14:textId="77777777" w:rsidR="006C2110" w:rsidRPr="00406E9D" w:rsidRDefault="00000000">
      <w:pPr>
        <w:jc w:val="center"/>
        <w:rPr>
          <w:lang w:val="pl-PL"/>
        </w:rPr>
      </w:pPr>
      <w:r w:rsidRPr="00406E9D">
        <w:rPr>
          <w:b/>
          <w:sz w:val="24"/>
          <w:lang w:val="pl-PL"/>
        </w:rPr>
        <w:t>UCZNIOWSKI KLUB SPORTOWY</w:t>
      </w:r>
      <w:r w:rsidRPr="00406E9D">
        <w:rPr>
          <w:b/>
          <w:sz w:val="24"/>
          <w:lang w:val="pl-PL"/>
        </w:rPr>
        <w:br/>
        <w:t>KARATE TRADYCYJNEGO „ORZEŁ” LUSOWO</w:t>
      </w:r>
    </w:p>
    <w:p w14:paraId="67544B15" w14:textId="77777777" w:rsidR="006C2110" w:rsidRPr="00406E9D" w:rsidRDefault="00000000">
      <w:pPr>
        <w:jc w:val="center"/>
        <w:rPr>
          <w:lang w:val="pl-PL"/>
        </w:rPr>
      </w:pPr>
      <w:r w:rsidRPr="00406E9D">
        <w:rPr>
          <w:b/>
          <w:sz w:val="36"/>
          <w:lang w:val="pl-PL"/>
        </w:rPr>
        <w:t>DEKLARACJA CZŁONKOWSKA</w:t>
      </w:r>
    </w:p>
    <w:p w14:paraId="27D15912" w14:textId="77777777" w:rsidR="006C2110" w:rsidRPr="00406E9D" w:rsidRDefault="00000000">
      <w:pPr>
        <w:jc w:val="center"/>
        <w:rPr>
          <w:lang w:val="pl-PL"/>
        </w:rPr>
      </w:pPr>
      <w:r w:rsidRPr="00406E9D">
        <w:rPr>
          <w:i/>
          <w:lang w:val="pl-PL"/>
        </w:rPr>
        <w:t>sezon szkoleniowy 2026/2027</w:t>
      </w:r>
    </w:p>
    <w:p w14:paraId="2552C55B" w14:textId="77777777" w:rsidR="006C2110" w:rsidRPr="00406E9D" w:rsidRDefault="00000000">
      <w:pPr>
        <w:jc w:val="right"/>
        <w:rPr>
          <w:lang w:val="pl-PL"/>
        </w:rPr>
      </w:pPr>
      <w:r w:rsidRPr="00406E9D">
        <w:rPr>
          <w:lang w:val="pl-PL"/>
        </w:rPr>
        <w:t>Data złożenia deklaracji: ____________________</w:t>
      </w:r>
    </w:p>
    <w:p w14:paraId="736A0846" w14:textId="77777777" w:rsidR="006C2110" w:rsidRPr="00406E9D" w:rsidRDefault="00000000">
      <w:pPr>
        <w:pStyle w:val="Nagwek1"/>
        <w:rPr>
          <w:color w:val="000000" w:themeColor="text1"/>
        </w:rPr>
      </w:pPr>
      <w:r w:rsidRPr="00406E9D">
        <w:rPr>
          <w:color w:val="000000" w:themeColor="text1"/>
        </w:rPr>
        <w:t>1. Dane członka / uczestnika zajęć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6C2110" w:rsidRPr="00406E9D" w14:paraId="375491C2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CC6BED" w14:textId="77777777" w:rsidR="006C2110" w:rsidRPr="00406E9D" w:rsidRDefault="00000000">
            <w:pPr>
              <w:rPr>
                <w:color w:val="000000" w:themeColor="text1"/>
              </w:rPr>
            </w:pPr>
            <w:r w:rsidRPr="00406E9D">
              <w:rPr>
                <w:b/>
                <w:color w:val="000000" w:themeColor="text1"/>
              </w:rPr>
              <w:t>Imię i nazwisko</w:t>
            </w:r>
            <w:r w:rsidRPr="00406E9D">
              <w:rPr>
                <w:b/>
                <w:color w:val="000000" w:themeColor="text1"/>
              </w:rPr>
              <w:br/>
            </w:r>
            <w:r w:rsidRPr="00406E9D">
              <w:rPr>
                <w:b/>
                <w:color w:val="000000" w:themeColor="text1"/>
              </w:rPr>
              <w:br/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553EBC" w14:textId="77777777" w:rsidR="006C2110" w:rsidRPr="00406E9D" w:rsidRDefault="00000000">
            <w:pPr>
              <w:rPr>
                <w:color w:val="000000" w:themeColor="text1"/>
              </w:rPr>
            </w:pPr>
            <w:r w:rsidRPr="00406E9D">
              <w:rPr>
                <w:b/>
                <w:color w:val="000000" w:themeColor="text1"/>
              </w:rPr>
              <w:t>Data urodzenia</w:t>
            </w:r>
            <w:r w:rsidRPr="00406E9D">
              <w:rPr>
                <w:b/>
                <w:color w:val="000000" w:themeColor="text1"/>
              </w:rPr>
              <w:br/>
            </w:r>
            <w:r w:rsidRPr="00406E9D">
              <w:rPr>
                <w:b/>
                <w:color w:val="000000" w:themeColor="text1"/>
              </w:rPr>
              <w:br/>
            </w:r>
          </w:p>
        </w:tc>
      </w:tr>
      <w:tr w:rsidR="006C2110" w:rsidRPr="00406E9D" w14:paraId="1483CF7F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6882B0" w14:textId="77777777" w:rsidR="006C2110" w:rsidRPr="00406E9D" w:rsidRDefault="00000000">
            <w:pPr>
              <w:rPr>
                <w:color w:val="000000" w:themeColor="text1"/>
              </w:rPr>
            </w:pPr>
            <w:r w:rsidRPr="00406E9D">
              <w:rPr>
                <w:b/>
                <w:color w:val="000000" w:themeColor="text1"/>
              </w:rPr>
              <w:t>Miejsce urodzenia</w:t>
            </w:r>
            <w:r w:rsidRPr="00406E9D">
              <w:rPr>
                <w:b/>
                <w:color w:val="000000" w:themeColor="text1"/>
              </w:rPr>
              <w:br/>
            </w:r>
            <w:r w:rsidRPr="00406E9D">
              <w:rPr>
                <w:b/>
                <w:color w:val="000000" w:themeColor="text1"/>
              </w:rPr>
              <w:br/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6A7128" w14:textId="77777777" w:rsidR="006C2110" w:rsidRPr="00406E9D" w:rsidRDefault="00000000">
            <w:pPr>
              <w:rPr>
                <w:color w:val="000000" w:themeColor="text1"/>
              </w:rPr>
            </w:pPr>
            <w:r w:rsidRPr="00406E9D">
              <w:rPr>
                <w:b/>
                <w:color w:val="000000" w:themeColor="text1"/>
              </w:rPr>
              <w:t>Telefon kontaktowy</w:t>
            </w:r>
            <w:r w:rsidRPr="00406E9D">
              <w:rPr>
                <w:b/>
                <w:color w:val="000000" w:themeColor="text1"/>
              </w:rPr>
              <w:br/>
            </w:r>
            <w:r w:rsidRPr="00406E9D">
              <w:rPr>
                <w:b/>
                <w:color w:val="000000" w:themeColor="text1"/>
              </w:rPr>
              <w:br/>
            </w:r>
          </w:p>
        </w:tc>
      </w:tr>
      <w:tr w:rsidR="006C2110" w:rsidRPr="00406E9D" w14:paraId="06347340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BBE4F3" w14:textId="77777777" w:rsidR="006C2110" w:rsidRPr="00406E9D" w:rsidRDefault="00000000">
            <w:pPr>
              <w:rPr>
                <w:color w:val="000000" w:themeColor="text1"/>
              </w:rPr>
            </w:pPr>
            <w:r w:rsidRPr="00406E9D">
              <w:rPr>
                <w:b/>
                <w:color w:val="000000" w:themeColor="text1"/>
              </w:rPr>
              <w:t>Adres zamieszkania</w:t>
            </w:r>
            <w:r w:rsidRPr="00406E9D">
              <w:rPr>
                <w:b/>
                <w:color w:val="000000" w:themeColor="text1"/>
              </w:rPr>
              <w:br/>
            </w:r>
            <w:r w:rsidRPr="00406E9D">
              <w:rPr>
                <w:b/>
                <w:color w:val="000000" w:themeColor="text1"/>
              </w:rPr>
              <w:br/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4AFF65" w14:textId="77777777" w:rsidR="006C2110" w:rsidRPr="00406E9D" w:rsidRDefault="00000000">
            <w:pPr>
              <w:rPr>
                <w:color w:val="000000" w:themeColor="text1"/>
              </w:rPr>
            </w:pPr>
            <w:r w:rsidRPr="00406E9D">
              <w:rPr>
                <w:b/>
                <w:color w:val="000000" w:themeColor="text1"/>
              </w:rPr>
              <w:t>Kod pocztowy / miejscowość</w:t>
            </w:r>
            <w:r w:rsidRPr="00406E9D">
              <w:rPr>
                <w:b/>
                <w:color w:val="000000" w:themeColor="text1"/>
              </w:rPr>
              <w:br/>
            </w:r>
            <w:r w:rsidRPr="00406E9D">
              <w:rPr>
                <w:b/>
                <w:color w:val="000000" w:themeColor="text1"/>
              </w:rPr>
              <w:br/>
            </w:r>
          </w:p>
        </w:tc>
      </w:tr>
      <w:tr w:rsidR="006C2110" w:rsidRPr="00406E9D" w14:paraId="51C1716C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362283" w14:textId="77777777" w:rsidR="006C2110" w:rsidRPr="00406E9D" w:rsidRDefault="00000000">
            <w:pPr>
              <w:rPr>
                <w:color w:val="000000" w:themeColor="text1"/>
              </w:rPr>
            </w:pPr>
            <w:r w:rsidRPr="00406E9D">
              <w:rPr>
                <w:b/>
                <w:color w:val="000000" w:themeColor="text1"/>
              </w:rPr>
              <w:t>Adres e-mail</w:t>
            </w:r>
            <w:r w:rsidRPr="00406E9D">
              <w:rPr>
                <w:b/>
                <w:color w:val="000000" w:themeColor="text1"/>
              </w:rPr>
              <w:br/>
            </w:r>
            <w:r w:rsidRPr="00406E9D">
              <w:rPr>
                <w:b/>
                <w:color w:val="000000" w:themeColor="text1"/>
              </w:rPr>
              <w:br/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D6C146" w14:textId="77777777" w:rsidR="006C2110" w:rsidRPr="00406E9D" w:rsidRDefault="00000000">
            <w:pPr>
              <w:rPr>
                <w:color w:val="000000" w:themeColor="text1"/>
              </w:rPr>
            </w:pPr>
            <w:r w:rsidRPr="00406E9D">
              <w:rPr>
                <w:b/>
                <w:color w:val="000000" w:themeColor="text1"/>
              </w:rPr>
              <w:t>Sekcja</w:t>
            </w:r>
            <w:r w:rsidRPr="00406E9D">
              <w:rPr>
                <w:b/>
                <w:color w:val="000000" w:themeColor="text1"/>
              </w:rPr>
              <w:br/>
            </w:r>
            <w:r w:rsidRPr="00406E9D">
              <w:rPr>
                <w:b/>
                <w:color w:val="000000" w:themeColor="text1"/>
              </w:rPr>
              <w:br/>
            </w:r>
          </w:p>
        </w:tc>
      </w:tr>
      <w:tr w:rsidR="006C2110" w:rsidRPr="00406E9D" w14:paraId="2555813F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2911A8" w14:textId="77777777" w:rsidR="006C2110" w:rsidRPr="00406E9D" w:rsidRDefault="00000000">
            <w:pPr>
              <w:rPr>
                <w:color w:val="000000" w:themeColor="text1"/>
              </w:rPr>
            </w:pPr>
            <w:r w:rsidRPr="00406E9D">
              <w:rPr>
                <w:b/>
                <w:color w:val="000000" w:themeColor="text1"/>
              </w:rPr>
              <w:t>Grupa / rok urodzenia</w:t>
            </w:r>
            <w:r w:rsidRPr="00406E9D">
              <w:rPr>
                <w:b/>
                <w:color w:val="000000" w:themeColor="text1"/>
              </w:rPr>
              <w:br/>
            </w:r>
            <w:r w:rsidRPr="00406E9D">
              <w:rPr>
                <w:b/>
                <w:color w:val="000000" w:themeColor="text1"/>
              </w:rPr>
              <w:br/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971035" w14:textId="77777777" w:rsidR="006C2110" w:rsidRPr="00406E9D" w:rsidRDefault="00000000">
            <w:pPr>
              <w:rPr>
                <w:color w:val="000000" w:themeColor="text1"/>
              </w:rPr>
            </w:pPr>
            <w:r w:rsidRPr="00406E9D">
              <w:rPr>
                <w:b/>
                <w:color w:val="000000" w:themeColor="text1"/>
              </w:rPr>
              <w:t>Liczba treningów tygodniowo</w:t>
            </w:r>
            <w:r w:rsidRPr="00406E9D">
              <w:rPr>
                <w:b/>
                <w:color w:val="000000" w:themeColor="text1"/>
              </w:rPr>
              <w:br/>
            </w:r>
            <w:r w:rsidRPr="00406E9D">
              <w:rPr>
                <w:b/>
                <w:color w:val="000000" w:themeColor="text1"/>
              </w:rPr>
              <w:br/>
            </w:r>
          </w:p>
        </w:tc>
      </w:tr>
      <w:tr w:rsidR="006C2110" w:rsidRPr="008717BC" w14:paraId="74F3ED1D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4C0602" w14:textId="77777777" w:rsidR="006C2110" w:rsidRPr="00406E9D" w:rsidRDefault="00000000">
            <w:pPr>
              <w:rPr>
                <w:color w:val="000000" w:themeColor="text1"/>
                <w:lang w:val="pl-PL"/>
              </w:rPr>
            </w:pPr>
            <w:r w:rsidRPr="00406E9D">
              <w:rPr>
                <w:b/>
                <w:color w:val="000000" w:themeColor="text1"/>
                <w:lang w:val="pl-PL"/>
              </w:rPr>
              <w:t>Imię i nazwisko rodzica/opiekuna prawnego</w:t>
            </w:r>
            <w:r w:rsidRPr="00406E9D">
              <w:rPr>
                <w:b/>
                <w:color w:val="000000" w:themeColor="text1"/>
                <w:lang w:val="pl-PL"/>
              </w:rPr>
              <w:br/>
              <w:t>(dot. osoby niepełnoletniej)</w:t>
            </w:r>
            <w:r w:rsidRPr="00406E9D">
              <w:rPr>
                <w:b/>
                <w:color w:val="000000" w:themeColor="text1"/>
                <w:lang w:val="pl-PL"/>
              </w:rPr>
              <w:br/>
            </w:r>
            <w:r w:rsidRPr="00406E9D">
              <w:rPr>
                <w:b/>
                <w:color w:val="000000" w:themeColor="text1"/>
                <w:lang w:val="pl-PL"/>
              </w:rPr>
              <w:br/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8F5670" w14:textId="77777777" w:rsidR="006C2110" w:rsidRPr="00406E9D" w:rsidRDefault="00000000">
            <w:pPr>
              <w:rPr>
                <w:color w:val="000000" w:themeColor="text1"/>
                <w:lang w:val="pl-PL"/>
              </w:rPr>
            </w:pPr>
            <w:r w:rsidRPr="00406E9D">
              <w:rPr>
                <w:b/>
                <w:color w:val="000000" w:themeColor="text1"/>
                <w:lang w:val="pl-PL"/>
              </w:rPr>
              <w:t>Telefon / e-mail rodzica lub opiekuna</w:t>
            </w:r>
            <w:r w:rsidRPr="00406E9D">
              <w:rPr>
                <w:b/>
                <w:color w:val="000000" w:themeColor="text1"/>
                <w:lang w:val="pl-PL"/>
              </w:rPr>
              <w:br/>
            </w:r>
            <w:r w:rsidRPr="00406E9D">
              <w:rPr>
                <w:b/>
                <w:color w:val="000000" w:themeColor="text1"/>
                <w:lang w:val="pl-PL"/>
              </w:rPr>
              <w:br/>
            </w:r>
          </w:p>
        </w:tc>
      </w:tr>
    </w:tbl>
    <w:p w14:paraId="4CDC5710" w14:textId="77777777" w:rsidR="006C2110" w:rsidRPr="00406E9D" w:rsidRDefault="00000000">
      <w:pPr>
        <w:pStyle w:val="Nagwek1"/>
        <w:rPr>
          <w:color w:val="000000" w:themeColor="text1"/>
          <w:lang w:val="pl-PL"/>
        </w:rPr>
      </w:pPr>
      <w:r w:rsidRPr="00406E9D">
        <w:rPr>
          <w:color w:val="000000" w:themeColor="text1"/>
          <w:lang w:val="pl-PL"/>
        </w:rPr>
        <w:t>2. Oświadczenie o przystąpieniu do Klubu</w:t>
      </w:r>
    </w:p>
    <w:p w14:paraId="3C04DF73" w14:textId="77777777" w:rsidR="006C2110" w:rsidRPr="00406E9D" w:rsidRDefault="00000000">
      <w:pPr>
        <w:rPr>
          <w:color w:val="000000" w:themeColor="text1"/>
          <w:lang w:val="pl-PL"/>
        </w:rPr>
      </w:pPr>
      <w:r w:rsidRPr="00406E9D">
        <w:rPr>
          <w:color w:val="000000" w:themeColor="text1"/>
          <w:lang w:val="pl-PL"/>
        </w:rPr>
        <w:t xml:space="preserve">Deklaruję przystąpienie do Uczniowskiego Klubu Sportowego Karate Tradycyjnego „Orzeł” Lusowo </w:t>
      </w:r>
      <w:r w:rsidRPr="00406E9D">
        <w:rPr>
          <w:b/>
          <w:color w:val="000000" w:themeColor="text1"/>
          <w:lang w:val="pl-PL"/>
        </w:rPr>
        <w:t>oraz zobowiązuję się do przestrzegania Statutu Klubu, niniejszego regulaminu, uchwał właściwych władz Klubu i zasad bezpieczeństwa obowiązujących podczas zajęć.</w:t>
      </w:r>
      <w:r w:rsidRPr="00406E9D">
        <w:rPr>
          <w:color w:val="000000" w:themeColor="text1"/>
          <w:lang w:val="pl-PL"/>
        </w:rPr>
        <w:t xml:space="preserve"> W przypadku osoby małoletniej deklarację składa jej rodzic lub opiekun prawny.</w:t>
      </w:r>
    </w:p>
    <w:p w14:paraId="21FD0211" w14:textId="77777777" w:rsidR="006C2110" w:rsidRPr="00406E9D" w:rsidRDefault="00000000">
      <w:pPr>
        <w:pStyle w:val="Nagwek1"/>
        <w:rPr>
          <w:color w:val="000000" w:themeColor="text1"/>
          <w:lang w:val="pl-PL"/>
        </w:rPr>
      </w:pPr>
      <w:r w:rsidRPr="00406E9D">
        <w:rPr>
          <w:color w:val="000000" w:themeColor="text1"/>
          <w:lang w:val="pl-PL"/>
        </w:rPr>
        <w:t>3. Regulamin członkostwa i zajęć</w:t>
      </w:r>
    </w:p>
    <w:p w14:paraId="0244FE00" w14:textId="77777777" w:rsidR="006C2110" w:rsidRPr="00406E9D" w:rsidRDefault="00000000">
      <w:pPr>
        <w:ind w:left="85" w:hanging="85"/>
        <w:rPr>
          <w:color w:val="000000" w:themeColor="text1"/>
          <w:lang w:val="pl-PL"/>
        </w:rPr>
      </w:pPr>
      <w:r w:rsidRPr="00406E9D">
        <w:rPr>
          <w:b/>
          <w:color w:val="000000" w:themeColor="text1"/>
          <w:lang w:val="pl-PL"/>
        </w:rPr>
        <w:t xml:space="preserve">1. </w:t>
      </w:r>
      <w:r w:rsidRPr="00406E9D">
        <w:rPr>
          <w:color w:val="000000" w:themeColor="text1"/>
          <w:lang w:val="pl-PL"/>
        </w:rPr>
        <w:t>UKS KT „Orzeł” Lusowo prowadzi działalność sportową w zakresie karate tradycyjnego. Rok szkoleniowy trwa co do zasady od września do czerwca.</w:t>
      </w:r>
    </w:p>
    <w:p w14:paraId="2BD105D7" w14:textId="77777777" w:rsidR="006C2110" w:rsidRPr="00406E9D" w:rsidRDefault="00000000">
      <w:pPr>
        <w:ind w:left="85" w:hanging="85"/>
        <w:rPr>
          <w:color w:val="000000" w:themeColor="text1"/>
          <w:lang w:val="pl-PL"/>
        </w:rPr>
      </w:pPr>
      <w:r w:rsidRPr="00406E9D">
        <w:rPr>
          <w:b/>
          <w:color w:val="000000" w:themeColor="text1"/>
          <w:lang w:val="pl-PL"/>
        </w:rPr>
        <w:t xml:space="preserve">2. </w:t>
      </w:r>
      <w:r w:rsidRPr="00406E9D">
        <w:rPr>
          <w:color w:val="000000" w:themeColor="text1"/>
          <w:lang w:val="pl-PL"/>
        </w:rPr>
        <w:t>Miesięczna klubowa składka członkowska wynosi 150 zł. Dla drugiej osoby z rodziny składka wynosi 120 zł miesięcznie, a dla kolejnej 110 zł miesięcznie, o ile właściwy organ Klubu nie postanowi inaczej zgodnie ze Statutem.</w:t>
      </w:r>
    </w:p>
    <w:p w14:paraId="5218B09B" w14:textId="0258D0E2" w:rsidR="008717BC" w:rsidRPr="008717BC" w:rsidRDefault="00000000" w:rsidP="008717BC">
      <w:pPr>
        <w:ind w:left="113" w:hanging="113"/>
        <w:rPr>
          <w:szCs w:val="19"/>
          <w:lang w:val="pl-PL"/>
        </w:rPr>
      </w:pPr>
      <w:r w:rsidRPr="00406E9D">
        <w:rPr>
          <w:b/>
          <w:color w:val="000000" w:themeColor="text1"/>
          <w:lang w:val="pl-PL"/>
        </w:rPr>
        <w:t xml:space="preserve">3. </w:t>
      </w:r>
      <w:r w:rsidRPr="00406E9D">
        <w:rPr>
          <w:color w:val="000000" w:themeColor="text1"/>
          <w:lang w:val="pl-PL"/>
        </w:rPr>
        <w:t>Dla uczestników trenujących jeden raz w tygodniu składka wynosi 120 zł miesięcznie. Dla członków biernych albo osób nieuczestniczących w treningach przez okres przekraczający 3 tygodnie składka wynosi 60 zł miesięcznie</w:t>
      </w:r>
      <w:r w:rsidR="008717BC" w:rsidRPr="008717BC">
        <w:rPr>
          <w:color w:val="000000" w:themeColor="text1"/>
          <w:szCs w:val="19"/>
          <w:lang w:val="pl-PL"/>
        </w:rPr>
        <w:t xml:space="preserve">. </w:t>
      </w:r>
      <w:r w:rsidR="008717BC" w:rsidRPr="008717BC">
        <w:rPr>
          <w:szCs w:val="19"/>
          <w:lang w:val="pl-PL"/>
        </w:rPr>
        <w:t>W okresie wakacyjnym składka przejściowa wynosi 60 zł miesięcznie; osoby uczestniczące w odpłatnych aktywnościach wakacyjnych organizowanych przez Klub mogą być z niej zwolnione na zasadach ustalonych przez Klub.</w:t>
      </w:r>
    </w:p>
    <w:p w14:paraId="1C7FD6A1" w14:textId="169FDA9E" w:rsidR="006C2110" w:rsidRPr="00406E9D" w:rsidRDefault="00000000">
      <w:pPr>
        <w:ind w:left="85" w:hanging="85"/>
        <w:rPr>
          <w:color w:val="000000" w:themeColor="text1"/>
          <w:lang w:val="pl-PL"/>
        </w:rPr>
      </w:pPr>
      <w:r w:rsidRPr="00406E9D">
        <w:rPr>
          <w:b/>
          <w:color w:val="000000" w:themeColor="text1"/>
          <w:lang w:val="pl-PL"/>
        </w:rPr>
        <w:t xml:space="preserve">4. </w:t>
      </w:r>
      <w:r w:rsidRPr="00406E9D">
        <w:rPr>
          <w:color w:val="000000" w:themeColor="text1"/>
          <w:lang w:val="pl-PL"/>
        </w:rPr>
        <w:t xml:space="preserve">Składkę członkowską należy wnosić do 10 dnia każdego miesiąca. </w:t>
      </w:r>
    </w:p>
    <w:p w14:paraId="6F5994BC" w14:textId="77777777" w:rsidR="006C2110" w:rsidRPr="00406E9D" w:rsidRDefault="00000000">
      <w:pPr>
        <w:ind w:left="85" w:hanging="85"/>
        <w:rPr>
          <w:color w:val="000000" w:themeColor="text1"/>
          <w:lang w:val="pl-PL"/>
        </w:rPr>
      </w:pPr>
      <w:r w:rsidRPr="00406E9D">
        <w:rPr>
          <w:b/>
          <w:color w:val="000000" w:themeColor="text1"/>
          <w:lang w:val="pl-PL"/>
        </w:rPr>
        <w:lastRenderedPageBreak/>
        <w:t xml:space="preserve">5. </w:t>
      </w:r>
      <w:r w:rsidRPr="00406E9D">
        <w:rPr>
          <w:color w:val="000000" w:themeColor="text1"/>
          <w:lang w:val="pl-PL"/>
        </w:rPr>
        <w:t>Wpłat należy dokonywać na rachunek: mBank 08 1140 2004 0000 3102 7730 2218. W tytule przelewu należy podać: imię i nazwisko członka, miesiąc, sekcję Lusowo/Tarnowo Podgórne oraz grupę.</w:t>
      </w:r>
    </w:p>
    <w:p w14:paraId="5AABDD9E" w14:textId="77777777" w:rsidR="006C2110" w:rsidRPr="00406E9D" w:rsidRDefault="00000000">
      <w:pPr>
        <w:ind w:left="85" w:hanging="85"/>
        <w:rPr>
          <w:color w:val="000000" w:themeColor="text1"/>
          <w:lang w:val="pl-PL"/>
        </w:rPr>
      </w:pPr>
      <w:r w:rsidRPr="00406E9D">
        <w:rPr>
          <w:b/>
          <w:color w:val="000000" w:themeColor="text1"/>
          <w:lang w:val="pl-PL"/>
        </w:rPr>
        <w:t xml:space="preserve">6. </w:t>
      </w:r>
      <w:r w:rsidRPr="00406E9D">
        <w:rPr>
          <w:color w:val="000000" w:themeColor="text1"/>
          <w:lang w:val="pl-PL"/>
        </w:rPr>
        <w:t>Zajęcia odbywają się zgodnie z aktualnym harmonogramem Klubu. Klub może nie prowadzić zajęć w ferie, święta, dni ustawowo wolne oraz w innych terminach wynikających z organizacji obiektu lub pracy Klubu, po uprzednim poinformowaniu uczestników.</w:t>
      </w:r>
    </w:p>
    <w:p w14:paraId="0E61D0D7" w14:textId="77777777" w:rsidR="006C2110" w:rsidRPr="00406E9D" w:rsidRDefault="00000000">
      <w:pPr>
        <w:ind w:left="85" w:hanging="85"/>
        <w:rPr>
          <w:color w:val="000000" w:themeColor="text1"/>
          <w:lang w:val="pl-PL"/>
        </w:rPr>
      </w:pPr>
      <w:r w:rsidRPr="00406E9D">
        <w:rPr>
          <w:b/>
          <w:color w:val="000000" w:themeColor="text1"/>
          <w:lang w:val="pl-PL"/>
        </w:rPr>
        <w:t xml:space="preserve">7. </w:t>
      </w:r>
      <w:r w:rsidRPr="00406E9D">
        <w:rPr>
          <w:color w:val="000000" w:themeColor="text1"/>
          <w:lang w:val="pl-PL"/>
        </w:rPr>
        <w:t>Klub zapewnia miejsce do treningów oraz kadrę instruktorską posiadającą kwalifikacje wymagane dla prowadzonych zajęć. Uczestnik jest zobowiązany stosować się do poleceń instruktora oraz zasad bezpieczeństwa.</w:t>
      </w:r>
    </w:p>
    <w:p w14:paraId="599584CC" w14:textId="77777777" w:rsidR="006C2110" w:rsidRPr="00406E9D" w:rsidRDefault="00000000">
      <w:pPr>
        <w:ind w:left="85" w:hanging="85"/>
        <w:rPr>
          <w:color w:val="000000" w:themeColor="text1"/>
          <w:lang w:val="pl-PL"/>
        </w:rPr>
      </w:pPr>
      <w:r w:rsidRPr="00406E9D">
        <w:rPr>
          <w:b/>
          <w:color w:val="000000" w:themeColor="text1"/>
          <w:lang w:val="pl-PL"/>
        </w:rPr>
        <w:t xml:space="preserve">8. </w:t>
      </w:r>
      <w:r w:rsidRPr="00406E9D">
        <w:rPr>
          <w:color w:val="000000" w:themeColor="text1"/>
          <w:lang w:val="pl-PL"/>
        </w:rPr>
        <w:t>Klub nie odpowiada za rzeczy pozostawione bez nadzoru w szatniach i innych pomieszczeniach, z zastrzeżeniem odpowiedzialności wynikającej z bezwzględnie obowiązujących przepisów prawa.</w:t>
      </w:r>
    </w:p>
    <w:p w14:paraId="581464E4" w14:textId="77777777" w:rsidR="006C2110" w:rsidRPr="00406E9D" w:rsidRDefault="00000000">
      <w:pPr>
        <w:ind w:left="85" w:hanging="85"/>
        <w:rPr>
          <w:color w:val="000000" w:themeColor="text1"/>
          <w:lang w:val="pl-PL"/>
        </w:rPr>
      </w:pPr>
      <w:r w:rsidRPr="00406E9D">
        <w:rPr>
          <w:b/>
          <w:color w:val="000000" w:themeColor="text1"/>
          <w:lang w:val="pl-PL"/>
        </w:rPr>
        <w:t xml:space="preserve">9. </w:t>
      </w:r>
      <w:r w:rsidRPr="00406E9D">
        <w:rPr>
          <w:color w:val="000000" w:themeColor="text1"/>
          <w:lang w:val="pl-PL"/>
        </w:rPr>
        <w:t>Zawodnik uczestniczący we współzawodnictwie sportowym organizowanym przez polski związek sportowy jest zobowiązany posiadać aktualne orzeczenie lekarskie wymagane przepisami prawa. Klub może określać dodatkowe zasady bezpieczeństwa dotyczące udziału w treningach i zawodach.</w:t>
      </w:r>
    </w:p>
    <w:p w14:paraId="216F766A" w14:textId="77777777" w:rsidR="006C2110" w:rsidRPr="00406E9D" w:rsidRDefault="00000000">
      <w:pPr>
        <w:ind w:left="85" w:hanging="85"/>
        <w:rPr>
          <w:color w:val="000000" w:themeColor="text1"/>
          <w:lang w:val="pl-PL"/>
        </w:rPr>
      </w:pPr>
      <w:r w:rsidRPr="00406E9D">
        <w:rPr>
          <w:b/>
          <w:color w:val="000000" w:themeColor="text1"/>
          <w:lang w:val="pl-PL"/>
        </w:rPr>
        <w:t xml:space="preserve">10. </w:t>
      </w:r>
      <w:r w:rsidRPr="00406E9D">
        <w:rPr>
          <w:color w:val="000000" w:themeColor="text1"/>
          <w:lang w:val="pl-PL"/>
        </w:rPr>
        <w:t>Zawodnicy uczestniczący we współzawodnictwie sportowym organizowanym przez polski związek sportowy podlegają ubezpieczeniu NNW na zasadach wynikających z ustawy o sporcie.</w:t>
      </w:r>
    </w:p>
    <w:p w14:paraId="4C1E9673" w14:textId="77777777" w:rsidR="006C2110" w:rsidRPr="00406E9D" w:rsidRDefault="00000000">
      <w:pPr>
        <w:ind w:left="85" w:hanging="85"/>
        <w:rPr>
          <w:color w:val="000000" w:themeColor="text1"/>
          <w:lang w:val="pl-PL"/>
        </w:rPr>
      </w:pPr>
      <w:r w:rsidRPr="00406E9D">
        <w:rPr>
          <w:b/>
          <w:color w:val="000000" w:themeColor="text1"/>
          <w:lang w:val="pl-PL"/>
        </w:rPr>
        <w:t xml:space="preserve">11. </w:t>
      </w:r>
      <w:r w:rsidRPr="00406E9D">
        <w:rPr>
          <w:color w:val="000000" w:themeColor="text1"/>
          <w:lang w:val="pl-PL"/>
        </w:rPr>
        <w:t>Rezygnacja z członkostwa powinna zostać złożona w sposób przewidziany w Statucie Klubu. Rozliczenie składek następuje zgodnie ze Statutem i uchwałami właściwych władz Klubu.</w:t>
      </w:r>
    </w:p>
    <w:p w14:paraId="4C7EA0BA" w14:textId="77777777" w:rsidR="006C2110" w:rsidRPr="00406E9D" w:rsidRDefault="00000000">
      <w:pPr>
        <w:ind w:left="85" w:hanging="85"/>
        <w:rPr>
          <w:color w:val="000000" w:themeColor="text1"/>
          <w:lang w:val="pl-PL"/>
        </w:rPr>
      </w:pPr>
      <w:r w:rsidRPr="00406E9D">
        <w:rPr>
          <w:b/>
          <w:color w:val="000000" w:themeColor="text1"/>
          <w:lang w:val="pl-PL"/>
        </w:rPr>
        <w:t xml:space="preserve">12. </w:t>
      </w:r>
      <w:r w:rsidRPr="00406E9D">
        <w:rPr>
          <w:color w:val="000000" w:themeColor="text1"/>
          <w:lang w:val="pl-PL"/>
        </w:rPr>
        <w:t>W sprawach nieuregulowanych niniejszym dokumentem stosuje się Statut UKS KT „Orzeł” Lusowo oraz obowiązujące przepisy prawa.</w:t>
      </w:r>
    </w:p>
    <w:p w14:paraId="30E8EF71" w14:textId="77777777" w:rsidR="006C2110" w:rsidRPr="00406E9D" w:rsidRDefault="00000000">
      <w:pPr>
        <w:pStyle w:val="Nagwek1"/>
        <w:rPr>
          <w:color w:val="000000" w:themeColor="text1"/>
          <w:lang w:val="pl-PL"/>
        </w:rPr>
      </w:pPr>
      <w:r w:rsidRPr="00406E9D">
        <w:rPr>
          <w:color w:val="000000" w:themeColor="text1"/>
          <w:lang w:val="pl-PL"/>
        </w:rPr>
        <w:t>4. Standardy Ochrony Małoletnich</w:t>
      </w:r>
    </w:p>
    <w:p w14:paraId="73367CCB" w14:textId="77777777" w:rsidR="006C2110" w:rsidRPr="00406E9D" w:rsidRDefault="00000000">
      <w:pPr>
        <w:rPr>
          <w:color w:val="000000" w:themeColor="text1"/>
          <w:lang w:val="pl-PL"/>
        </w:rPr>
      </w:pPr>
      <w:r w:rsidRPr="008717BC">
        <w:rPr>
          <w:lang w:val="pl-PL"/>
        </w:rPr>
        <w:t>W UKS KT „Orzeł” Lusowo obowiązuje „Standard Ochrony Dzieci w obszarze działalności UKS KT ORZEŁ LUSOWO”. Dokument jest opublikowany na stronie Klubu: www.karateorzel.net. Rodzic/opiekun oraz małoletni mają możliwość zapoznania się z obowiązującymi zasadami ochrony dzieci.</w:t>
      </w:r>
    </w:p>
    <w:p w14:paraId="0C5E612C" w14:textId="77777777" w:rsidR="006C2110" w:rsidRPr="00406E9D" w:rsidRDefault="00000000">
      <w:pPr>
        <w:spacing w:after="40"/>
        <w:ind w:left="113"/>
        <w:rPr>
          <w:color w:val="000000" w:themeColor="text1"/>
          <w:lang w:val="pl-PL"/>
        </w:rPr>
      </w:pPr>
      <w:r w:rsidRPr="008717BC">
        <w:rPr>
          <w:lang w:val="pl-PL"/>
        </w:rPr>
        <w:t>☐ Oświadczam, że zapoznałem/</w:t>
      </w:r>
      <w:proofErr w:type="spellStart"/>
      <w:r w:rsidRPr="008717BC">
        <w:rPr>
          <w:lang w:val="pl-PL"/>
        </w:rPr>
        <w:t>am</w:t>
      </w:r>
      <w:proofErr w:type="spellEnd"/>
      <w:r w:rsidRPr="008717BC">
        <w:rPr>
          <w:lang w:val="pl-PL"/>
        </w:rPr>
        <w:t xml:space="preserve"> się ze „Standardem Ochrony Dzieci w obszarze działalności UKS KT ORZEŁ LUSOWO”, opublikowanym na stronie www.karateorzel.net, i przyjmuję do wiadomości zasady w nim określone.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6C2110" w:rsidRPr="008717BC" w14:paraId="26AB9799" w14:textId="77777777">
        <w:trPr>
          <w:jc w:val="center"/>
        </w:trPr>
        <w:tc>
          <w:tcPr>
            <w:tcW w:w="5100" w:type="dxa"/>
          </w:tcPr>
          <w:p w14:paraId="58AB647B" w14:textId="77777777" w:rsidR="00CE7745" w:rsidRDefault="00CE7745">
            <w:pPr>
              <w:jc w:val="center"/>
              <w:rPr>
                <w:color w:val="000000" w:themeColor="text1"/>
                <w:lang w:val="pl-PL"/>
              </w:rPr>
            </w:pPr>
          </w:p>
          <w:p w14:paraId="5CE71A1C" w14:textId="77777777" w:rsidR="00CE7745" w:rsidRDefault="00CE7745">
            <w:pPr>
              <w:jc w:val="center"/>
              <w:rPr>
                <w:color w:val="000000" w:themeColor="text1"/>
                <w:lang w:val="pl-PL"/>
              </w:rPr>
            </w:pPr>
          </w:p>
          <w:p w14:paraId="1BC29E57" w14:textId="423A9807" w:rsidR="006C2110" w:rsidRPr="00406E9D" w:rsidRDefault="00000000">
            <w:pPr>
              <w:jc w:val="center"/>
              <w:rPr>
                <w:color w:val="000000" w:themeColor="text1"/>
                <w:lang w:val="pl-PL"/>
              </w:rPr>
            </w:pPr>
            <w:r w:rsidRPr="00406E9D">
              <w:rPr>
                <w:color w:val="000000" w:themeColor="text1"/>
                <w:lang w:val="pl-PL"/>
              </w:rPr>
              <w:br/>
              <w:t>_______________________________</w:t>
            </w:r>
            <w:r w:rsidRPr="00406E9D">
              <w:rPr>
                <w:color w:val="000000" w:themeColor="text1"/>
                <w:lang w:val="pl-PL"/>
              </w:rPr>
              <w:br/>
              <w:t>data i podpis pełnoletniego członka</w:t>
            </w:r>
          </w:p>
        </w:tc>
        <w:tc>
          <w:tcPr>
            <w:tcW w:w="5100" w:type="dxa"/>
          </w:tcPr>
          <w:p w14:paraId="37771C4C" w14:textId="77777777" w:rsidR="00CE7745" w:rsidRDefault="00000000">
            <w:pPr>
              <w:jc w:val="center"/>
              <w:rPr>
                <w:color w:val="000000" w:themeColor="text1"/>
                <w:lang w:val="pl-PL"/>
              </w:rPr>
            </w:pPr>
            <w:r w:rsidRPr="00406E9D">
              <w:rPr>
                <w:color w:val="000000" w:themeColor="text1"/>
                <w:lang w:val="pl-PL"/>
              </w:rPr>
              <w:br/>
            </w:r>
          </w:p>
          <w:p w14:paraId="6845BF53" w14:textId="77777777" w:rsidR="00CE7745" w:rsidRDefault="00CE7745">
            <w:pPr>
              <w:jc w:val="center"/>
              <w:rPr>
                <w:color w:val="000000" w:themeColor="text1"/>
                <w:lang w:val="pl-PL"/>
              </w:rPr>
            </w:pPr>
          </w:p>
          <w:p w14:paraId="144142C7" w14:textId="6F854F72" w:rsidR="006C2110" w:rsidRPr="00406E9D" w:rsidRDefault="00000000">
            <w:pPr>
              <w:jc w:val="center"/>
              <w:rPr>
                <w:color w:val="000000" w:themeColor="text1"/>
                <w:lang w:val="pl-PL"/>
              </w:rPr>
            </w:pPr>
            <w:r w:rsidRPr="00406E9D">
              <w:rPr>
                <w:color w:val="000000" w:themeColor="text1"/>
                <w:lang w:val="pl-PL"/>
              </w:rPr>
              <w:t>_______________________________</w:t>
            </w:r>
            <w:r w:rsidRPr="00406E9D">
              <w:rPr>
                <w:color w:val="000000" w:themeColor="text1"/>
                <w:lang w:val="pl-PL"/>
              </w:rPr>
              <w:br/>
              <w:t>data i podpis rodzica/opiekuna</w:t>
            </w:r>
            <w:r w:rsidRPr="00406E9D">
              <w:rPr>
                <w:color w:val="000000" w:themeColor="text1"/>
                <w:lang w:val="pl-PL"/>
              </w:rPr>
              <w:br/>
              <w:t>(dot. osoby niepełnoletniej)</w:t>
            </w:r>
          </w:p>
        </w:tc>
      </w:tr>
    </w:tbl>
    <w:p w14:paraId="1FE3911D" w14:textId="77777777" w:rsidR="006C2110" w:rsidRPr="00406E9D" w:rsidRDefault="00000000">
      <w:pPr>
        <w:rPr>
          <w:color w:val="000000" w:themeColor="text1"/>
          <w:lang w:val="pl-PL"/>
        </w:rPr>
      </w:pPr>
      <w:r w:rsidRPr="00406E9D">
        <w:rPr>
          <w:color w:val="000000" w:themeColor="text1"/>
          <w:lang w:val="pl-PL"/>
        </w:rPr>
        <w:br w:type="page"/>
      </w:r>
    </w:p>
    <w:p w14:paraId="7842D8C7" w14:textId="77777777" w:rsidR="006C2110" w:rsidRPr="00406E9D" w:rsidRDefault="00000000">
      <w:pPr>
        <w:pStyle w:val="Nagwek1"/>
        <w:rPr>
          <w:color w:val="000000" w:themeColor="text1"/>
          <w:lang w:val="pl-PL"/>
        </w:rPr>
      </w:pPr>
      <w:r w:rsidRPr="00406E9D">
        <w:rPr>
          <w:color w:val="000000" w:themeColor="text1"/>
          <w:lang w:val="pl-PL"/>
        </w:rPr>
        <w:lastRenderedPageBreak/>
        <w:t>5. Klauzula informacyjna RODO</w:t>
      </w:r>
    </w:p>
    <w:p w14:paraId="378342EE" w14:textId="77777777" w:rsidR="006C2110" w:rsidRPr="00406E9D" w:rsidRDefault="00000000">
      <w:pPr>
        <w:spacing w:after="80"/>
        <w:rPr>
          <w:color w:val="000000" w:themeColor="text1"/>
          <w:sz w:val="18"/>
          <w:szCs w:val="18"/>
          <w:lang w:val="pl-PL"/>
        </w:rPr>
      </w:pPr>
      <w:r w:rsidRPr="00406E9D">
        <w:rPr>
          <w:b/>
          <w:color w:val="000000" w:themeColor="text1"/>
          <w:sz w:val="18"/>
          <w:szCs w:val="18"/>
          <w:lang w:val="pl-PL"/>
        </w:rPr>
        <w:t xml:space="preserve">Administrator danych: </w:t>
      </w:r>
      <w:r w:rsidRPr="00406E9D">
        <w:rPr>
          <w:color w:val="000000" w:themeColor="text1"/>
          <w:sz w:val="18"/>
          <w:szCs w:val="18"/>
          <w:lang w:val="pl-PL"/>
        </w:rPr>
        <w:t>Administratorem danych osobowych jest Uczniowski Klub Sportowy Karate Tradycyjnego „Orzeł” Lusowo, z siedzibą przy ul. Nowej 6, 62-080 Tarnowo Podgórne, nr ewidencji EUKS 129 Starostwa Poznańskiego. Kontakt z Klubem: karateorzel@onet.pl, tel. 515 689 004.</w:t>
      </w:r>
    </w:p>
    <w:p w14:paraId="41AB6905" w14:textId="77777777" w:rsidR="006C2110" w:rsidRPr="00406E9D" w:rsidRDefault="00000000">
      <w:pPr>
        <w:spacing w:after="80"/>
        <w:rPr>
          <w:color w:val="000000" w:themeColor="text1"/>
          <w:sz w:val="18"/>
          <w:szCs w:val="18"/>
          <w:lang w:val="pl-PL"/>
        </w:rPr>
      </w:pPr>
      <w:r w:rsidRPr="00406E9D">
        <w:rPr>
          <w:b/>
          <w:color w:val="000000" w:themeColor="text1"/>
          <w:sz w:val="18"/>
          <w:szCs w:val="18"/>
          <w:lang w:val="pl-PL"/>
        </w:rPr>
        <w:t xml:space="preserve">Cele przetwarzania: </w:t>
      </w:r>
      <w:r w:rsidRPr="00406E9D">
        <w:rPr>
          <w:color w:val="000000" w:themeColor="text1"/>
          <w:sz w:val="18"/>
          <w:szCs w:val="18"/>
          <w:lang w:val="pl-PL"/>
        </w:rPr>
        <w:t>Dane są przetwarzane w szczególności w celu prowadzenia członkostwa i ewidencji członków, organizacji treningów i działalności sportowej, kontaktu organizacyjnego, rozliczania składek, organizacji udziału w zawodach i wydarzeniach sportowych, realizacji obowiązków prawnych oraz ustalania, dochodzenia lub obrony roszczeń.</w:t>
      </w:r>
    </w:p>
    <w:p w14:paraId="67E8C65F" w14:textId="77777777" w:rsidR="006C2110" w:rsidRPr="00406E9D" w:rsidRDefault="00000000">
      <w:pPr>
        <w:spacing w:after="80"/>
        <w:rPr>
          <w:color w:val="000000" w:themeColor="text1"/>
          <w:sz w:val="18"/>
          <w:szCs w:val="18"/>
          <w:lang w:val="pl-PL"/>
        </w:rPr>
      </w:pPr>
      <w:r w:rsidRPr="00406E9D">
        <w:rPr>
          <w:b/>
          <w:color w:val="000000" w:themeColor="text1"/>
          <w:sz w:val="18"/>
          <w:szCs w:val="18"/>
          <w:lang w:val="pl-PL"/>
        </w:rPr>
        <w:t xml:space="preserve">Podstawy prawne: </w:t>
      </w:r>
      <w:r w:rsidRPr="00406E9D">
        <w:rPr>
          <w:color w:val="000000" w:themeColor="text1"/>
          <w:sz w:val="18"/>
          <w:szCs w:val="18"/>
          <w:lang w:val="pl-PL"/>
        </w:rPr>
        <w:t>Podstawą przetwarzania danych są - odpowiednio do konkretnego celu - art. 6 ust. 1 lit. b, c i f RODO, a w przypadkach, w których Klub zwraca się o dobrowolną zgodę, art. 6 ust. 1 lit. a RODO. Wizerunek wykorzystywany do celów promocyjnych na podstawie zgody jest przetwarzany na zasadach wskazanych w odrębnej zgodzie poniżej.</w:t>
      </w:r>
    </w:p>
    <w:p w14:paraId="680F1761" w14:textId="77777777" w:rsidR="006C2110" w:rsidRPr="00406E9D" w:rsidRDefault="00000000">
      <w:pPr>
        <w:spacing w:after="80"/>
        <w:rPr>
          <w:color w:val="000000" w:themeColor="text1"/>
          <w:sz w:val="18"/>
          <w:szCs w:val="18"/>
          <w:lang w:val="pl-PL"/>
        </w:rPr>
      </w:pPr>
      <w:r w:rsidRPr="00406E9D">
        <w:rPr>
          <w:b/>
          <w:color w:val="000000" w:themeColor="text1"/>
          <w:sz w:val="18"/>
          <w:szCs w:val="18"/>
          <w:lang w:val="pl-PL"/>
        </w:rPr>
        <w:t xml:space="preserve">Odbiorcy danych: </w:t>
      </w:r>
      <w:r w:rsidRPr="00406E9D">
        <w:rPr>
          <w:color w:val="000000" w:themeColor="text1"/>
          <w:sz w:val="18"/>
          <w:szCs w:val="18"/>
          <w:lang w:val="pl-PL"/>
        </w:rPr>
        <w:t>Dane mogą być przekazywane podmiotom, którym Klub jest zobowiązany lub uprawniony je udostępnić, w szczególności właściwym związkom sportowym, organizatorom zawodów, ubezpieczycielom, podmiotom obsługującym Klub w zakresie księgowości, IT i komunikacji oraz organom publicznym - wyłącznie w zakresie niezbędnym do realizacji danego celu.</w:t>
      </w:r>
    </w:p>
    <w:p w14:paraId="2600E185" w14:textId="77777777" w:rsidR="006C2110" w:rsidRPr="00406E9D" w:rsidRDefault="00000000">
      <w:pPr>
        <w:spacing w:after="80"/>
        <w:rPr>
          <w:color w:val="000000" w:themeColor="text1"/>
          <w:sz w:val="18"/>
          <w:szCs w:val="18"/>
          <w:lang w:val="pl-PL"/>
        </w:rPr>
      </w:pPr>
      <w:r w:rsidRPr="00406E9D">
        <w:rPr>
          <w:b/>
          <w:color w:val="000000" w:themeColor="text1"/>
          <w:sz w:val="18"/>
          <w:szCs w:val="18"/>
          <w:lang w:val="pl-PL"/>
        </w:rPr>
        <w:t xml:space="preserve">Okres przechowywania: </w:t>
      </w:r>
      <w:r w:rsidRPr="00406E9D">
        <w:rPr>
          <w:color w:val="000000" w:themeColor="text1"/>
          <w:sz w:val="18"/>
          <w:szCs w:val="18"/>
          <w:lang w:val="pl-PL"/>
        </w:rPr>
        <w:t>Dane będą przechowywane przez okres członkostwa, a następnie przez okres wymagany przepisami prawa lub niezbędny do zabezpieczenia i dochodzenia roszczeń. Dane przetwarzane wyłącznie na podstawie zgody będą przetwarzane do czasu jej wycofania albo ustania celu, dla którego została udzielona.</w:t>
      </w:r>
    </w:p>
    <w:p w14:paraId="0AD879C5" w14:textId="77777777" w:rsidR="006C2110" w:rsidRPr="00406E9D" w:rsidRDefault="00000000">
      <w:pPr>
        <w:spacing w:after="80"/>
        <w:rPr>
          <w:color w:val="000000" w:themeColor="text1"/>
          <w:sz w:val="18"/>
          <w:szCs w:val="18"/>
          <w:lang w:val="pl-PL"/>
        </w:rPr>
      </w:pPr>
      <w:r w:rsidRPr="00406E9D">
        <w:rPr>
          <w:b/>
          <w:color w:val="000000" w:themeColor="text1"/>
          <w:sz w:val="18"/>
          <w:szCs w:val="18"/>
          <w:lang w:val="pl-PL"/>
        </w:rPr>
        <w:t xml:space="preserve">Prawa osoby: </w:t>
      </w:r>
      <w:r w:rsidRPr="00406E9D">
        <w:rPr>
          <w:color w:val="000000" w:themeColor="text1"/>
          <w:sz w:val="18"/>
          <w:szCs w:val="18"/>
          <w:lang w:val="pl-PL"/>
        </w:rPr>
        <w:t>Osobie, której dane dotyczą, przysługuje - w granicach określonych przez RODO - prawo dostępu do danych, ich sprostowania, usunięcia, ograniczenia przetwarzania, przenoszenia danych, wniesienia sprzeciwu oraz wycofania zgody w dowolnym momencie, jeżeli przetwarzanie odbywa się na podstawie zgody. Wycofanie zgody nie wpływa na zgodność z prawem przetwarzania dokonanego przed jej wycofaniem.</w:t>
      </w:r>
    </w:p>
    <w:p w14:paraId="2DC434DD" w14:textId="77777777" w:rsidR="006C2110" w:rsidRPr="00406E9D" w:rsidRDefault="00000000">
      <w:pPr>
        <w:spacing w:after="80"/>
        <w:rPr>
          <w:color w:val="000000" w:themeColor="text1"/>
          <w:sz w:val="18"/>
          <w:szCs w:val="18"/>
          <w:lang w:val="pl-PL"/>
        </w:rPr>
      </w:pPr>
      <w:r w:rsidRPr="00406E9D">
        <w:rPr>
          <w:b/>
          <w:color w:val="000000" w:themeColor="text1"/>
          <w:sz w:val="18"/>
          <w:szCs w:val="18"/>
          <w:lang w:val="pl-PL"/>
        </w:rPr>
        <w:t xml:space="preserve">Skarga: </w:t>
      </w:r>
      <w:r w:rsidRPr="00406E9D">
        <w:rPr>
          <w:color w:val="000000" w:themeColor="text1"/>
          <w:sz w:val="18"/>
          <w:szCs w:val="18"/>
          <w:lang w:val="pl-PL"/>
        </w:rPr>
        <w:t>Osoba, której dane dotyczą, ma prawo wniesienia skargi do Prezesa Urzędu Ochrony Danych Osobowych, jeżeli uważa, że przetwarzanie jej danych narusza przepisy RODO.</w:t>
      </w:r>
    </w:p>
    <w:p w14:paraId="5B2CC1E6" w14:textId="77777777" w:rsidR="006C2110" w:rsidRPr="00406E9D" w:rsidRDefault="00000000">
      <w:pPr>
        <w:spacing w:after="80"/>
        <w:rPr>
          <w:color w:val="000000" w:themeColor="text1"/>
          <w:sz w:val="18"/>
          <w:szCs w:val="18"/>
          <w:lang w:val="pl-PL"/>
        </w:rPr>
      </w:pPr>
      <w:r w:rsidRPr="00406E9D">
        <w:rPr>
          <w:b/>
          <w:color w:val="000000" w:themeColor="text1"/>
          <w:sz w:val="18"/>
          <w:szCs w:val="18"/>
          <w:lang w:val="pl-PL"/>
        </w:rPr>
        <w:t xml:space="preserve">Dobrowolność podania danych: </w:t>
      </w:r>
      <w:r w:rsidRPr="00406E9D">
        <w:rPr>
          <w:color w:val="000000" w:themeColor="text1"/>
          <w:sz w:val="18"/>
          <w:szCs w:val="18"/>
          <w:lang w:val="pl-PL"/>
        </w:rPr>
        <w:t>Podanie danych niezbędnych do przyjęcia do Klubu i organizacji członkostwa jest konieczne do realizacji tych celów. Podanie danych objętych odrębną zgodą, w szczególności zgody na promocyjne wykorzystanie wizerunku, jest dobrowolne i odmowa nie wpływa na możliwość członkostwa ani uczestnictwa w zajęciach.</w:t>
      </w:r>
    </w:p>
    <w:p w14:paraId="5F17768F" w14:textId="77777777" w:rsidR="006C2110" w:rsidRPr="00406E9D" w:rsidRDefault="00000000">
      <w:pPr>
        <w:rPr>
          <w:color w:val="000000" w:themeColor="text1"/>
          <w:sz w:val="18"/>
          <w:szCs w:val="18"/>
          <w:lang w:val="pl-PL"/>
        </w:rPr>
      </w:pPr>
      <w:r w:rsidRPr="00406E9D">
        <w:rPr>
          <w:b/>
          <w:color w:val="000000" w:themeColor="text1"/>
          <w:sz w:val="18"/>
          <w:szCs w:val="18"/>
          <w:lang w:val="pl-PL"/>
        </w:rPr>
        <w:t>Potwierdzenie zapoznania się z klauzulą informacyjną</w:t>
      </w:r>
      <w:r w:rsidRPr="00406E9D">
        <w:rPr>
          <w:color w:val="000000" w:themeColor="text1"/>
          <w:sz w:val="18"/>
          <w:szCs w:val="18"/>
          <w:lang w:val="pl-PL"/>
        </w:rPr>
        <w:t xml:space="preserve"> (nie jest zgodą na przetwarzanie danych, gdy podstawą przetwarzania jest przepis prawa, realizacja członkostwa lub prawnie uzasadniony interes administratora).</w:t>
      </w:r>
    </w:p>
    <w:p w14:paraId="222C3C45" w14:textId="77777777" w:rsidR="006C2110" w:rsidRPr="00406E9D" w:rsidRDefault="00000000">
      <w:pPr>
        <w:spacing w:after="40"/>
        <w:ind w:left="113"/>
        <w:rPr>
          <w:color w:val="000000" w:themeColor="text1"/>
          <w:sz w:val="18"/>
          <w:szCs w:val="18"/>
          <w:lang w:val="pl-PL"/>
        </w:rPr>
      </w:pPr>
      <w:r w:rsidRPr="00406E9D">
        <w:rPr>
          <w:b/>
          <w:color w:val="000000" w:themeColor="text1"/>
          <w:sz w:val="18"/>
          <w:szCs w:val="18"/>
          <w:lang w:val="pl-PL"/>
        </w:rPr>
        <w:t xml:space="preserve">☐ </w:t>
      </w:r>
      <w:r w:rsidRPr="00406E9D">
        <w:rPr>
          <w:color w:val="000000" w:themeColor="text1"/>
          <w:sz w:val="18"/>
          <w:szCs w:val="18"/>
          <w:lang w:val="pl-PL"/>
        </w:rPr>
        <w:t>Potwierdzam, że zapoznałem/</w:t>
      </w:r>
      <w:proofErr w:type="spellStart"/>
      <w:r w:rsidRPr="00406E9D">
        <w:rPr>
          <w:color w:val="000000" w:themeColor="text1"/>
          <w:sz w:val="18"/>
          <w:szCs w:val="18"/>
          <w:lang w:val="pl-PL"/>
        </w:rPr>
        <w:t>am</w:t>
      </w:r>
      <w:proofErr w:type="spellEnd"/>
      <w:r w:rsidRPr="00406E9D">
        <w:rPr>
          <w:color w:val="000000" w:themeColor="text1"/>
          <w:sz w:val="18"/>
          <w:szCs w:val="18"/>
          <w:lang w:val="pl-PL"/>
        </w:rPr>
        <w:t xml:space="preserve"> się z powyższą klauzulą informacyjną.</w:t>
      </w:r>
    </w:p>
    <w:p w14:paraId="1610E143" w14:textId="77777777" w:rsidR="006C2110" w:rsidRPr="00406E9D" w:rsidRDefault="00000000">
      <w:pPr>
        <w:jc w:val="center"/>
        <w:rPr>
          <w:color w:val="000000" w:themeColor="text1"/>
          <w:lang w:val="pl-PL"/>
        </w:rPr>
      </w:pPr>
      <w:r w:rsidRPr="00406E9D">
        <w:rPr>
          <w:color w:val="000000" w:themeColor="text1"/>
          <w:lang w:val="pl-PL"/>
        </w:rPr>
        <w:br/>
        <w:t>_______________________________</w:t>
      </w:r>
      <w:r w:rsidRPr="00406E9D">
        <w:rPr>
          <w:color w:val="000000" w:themeColor="text1"/>
          <w:lang w:val="pl-PL"/>
        </w:rPr>
        <w:br/>
        <w:t>data i czytelny podpis</w:t>
      </w:r>
    </w:p>
    <w:p w14:paraId="209E71AD" w14:textId="77777777" w:rsidR="006C2110" w:rsidRPr="00406E9D" w:rsidRDefault="00000000">
      <w:pPr>
        <w:pStyle w:val="Nagwek1"/>
        <w:rPr>
          <w:color w:val="000000" w:themeColor="text1"/>
          <w:lang w:val="pl-PL"/>
        </w:rPr>
      </w:pPr>
      <w:r w:rsidRPr="00406E9D">
        <w:rPr>
          <w:color w:val="000000" w:themeColor="text1"/>
          <w:lang w:val="pl-PL"/>
        </w:rPr>
        <w:t>6. Dobrowolna zgoda na wykorzystanie wizerunku</w:t>
      </w:r>
    </w:p>
    <w:p w14:paraId="797BC55F" w14:textId="77777777" w:rsidR="006C2110" w:rsidRPr="00406E9D" w:rsidRDefault="00000000">
      <w:pPr>
        <w:rPr>
          <w:color w:val="000000" w:themeColor="text1"/>
          <w:sz w:val="18"/>
          <w:szCs w:val="18"/>
          <w:lang w:val="pl-PL"/>
        </w:rPr>
      </w:pPr>
      <w:r w:rsidRPr="00406E9D">
        <w:rPr>
          <w:b/>
          <w:color w:val="000000" w:themeColor="text1"/>
          <w:sz w:val="18"/>
          <w:szCs w:val="18"/>
          <w:lang w:val="pl-PL"/>
        </w:rPr>
        <w:t>Zgoda jest dobrowolna. Brak zgody nie wpływa na członkostwo ani możliwość uczestnictwa w treningach.</w:t>
      </w:r>
    </w:p>
    <w:p w14:paraId="1C4FD150" w14:textId="77777777" w:rsidR="006C2110" w:rsidRPr="00406E9D" w:rsidRDefault="00000000">
      <w:pPr>
        <w:rPr>
          <w:color w:val="000000" w:themeColor="text1"/>
          <w:sz w:val="18"/>
          <w:szCs w:val="18"/>
          <w:lang w:val="pl-PL"/>
        </w:rPr>
      </w:pPr>
      <w:r w:rsidRPr="00406E9D">
        <w:rPr>
          <w:color w:val="000000" w:themeColor="text1"/>
          <w:sz w:val="18"/>
          <w:szCs w:val="18"/>
          <w:lang w:val="pl-PL"/>
        </w:rPr>
        <w:t xml:space="preserve">Wyrażam zgodę na nieodpłatne utrwalanie oraz rozpowszechnianie przez UKS KT „Orzeł” Lusowo wizerunku </w:t>
      </w:r>
      <w:r w:rsidRPr="00406E9D">
        <w:rPr>
          <w:b/>
          <w:color w:val="000000" w:themeColor="text1"/>
          <w:sz w:val="18"/>
          <w:szCs w:val="18"/>
          <w:lang w:val="pl-PL"/>
        </w:rPr>
        <w:t>mojego / mojego dziecka / osoby pozostającej pod moją opieką</w:t>
      </w:r>
      <w:r w:rsidRPr="00406E9D">
        <w:rPr>
          <w:color w:val="000000" w:themeColor="text1"/>
          <w:sz w:val="18"/>
          <w:szCs w:val="18"/>
          <w:lang w:val="pl-PL"/>
        </w:rPr>
        <w:t xml:space="preserve"> utrwalonego podczas treningów, zawodów, obozów, pokazów i innych wydarzeń klubowych, w celu informowania o działalności Klubu i jej promocji, w szczególności na stronie internetowej Klubu, oficjalnych profilach Klubu w mediach społecznościowych oraz w materiałach informacyjnych i promocyjnych Klubu.</w:t>
      </w:r>
    </w:p>
    <w:p w14:paraId="3D1DB105" w14:textId="77777777" w:rsidR="006C2110" w:rsidRPr="00406E9D" w:rsidRDefault="00000000">
      <w:pPr>
        <w:spacing w:after="40"/>
        <w:ind w:left="113"/>
        <w:rPr>
          <w:color w:val="000000" w:themeColor="text1"/>
          <w:sz w:val="18"/>
          <w:szCs w:val="18"/>
          <w:lang w:val="pl-PL"/>
        </w:rPr>
      </w:pPr>
      <w:r w:rsidRPr="00406E9D">
        <w:rPr>
          <w:b/>
          <w:color w:val="000000" w:themeColor="text1"/>
          <w:sz w:val="18"/>
          <w:szCs w:val="18"/>
          <w:lang w:val="pl-PL"/>
        </w:rPr>
        <w:t xml:space="preserve">☐ </w:t>
      </w:r>
      <w:r w:rsidRPr="00406E9D">
        <w:rPr>
          <w:color w:val="000000" w:themeColor="text1"/>
          <w:sz w:val="18"/>
          <w:szCs w:val="18"/>
          <w:lang w:val="pl-PL"/>
        </w:rPr>
        <w:t>TAK - wyrażam zgodę.</w:t>
      </w:r>
    </w:p>
    <w:p w14:paraId="371CE72E" w14:textId="77777777" w:rsidR="006C2110" w:rsidRPr="00406E9D" w:rsidRDefault="00000000">
      <w:pPr>
        <w:spacing w:after="40"/>
        <w:ind w:left="113"/>
        <w:rPr>
          <w:color w:val="000000" w:themeColor="text1"/>
          <w:sz w:val="18"/>
          <w:szCs w:val="18"/>
          <w:lang w:val="pl-PL"/>
        </w:rPr>
      </w:pPr>
      <w:r w:rsidRPr="00406E9D">
        <w:rPr>
          <w:b/>
          <w:color w:val="000000" w:themeColor="text1"/>
          <w:sz w:val="18"/>
          <w:szCs w:val="18"/>
          <w:lang w:val="pl-PL"/>
        </w:rPr>
        <w:t xml:space="preserve">☐ </w:t>
      </w:r>
      <w:r w:rsidRPr="00406E9D">
        <w:rPr>
          <w:color w:val="000000" w:themeColor="text1"/>
          <w:sz w:val="18"/>
          <w:szCs w:val="18"/>
          <w:lang w:val="pl-PL"/>
        </w:rPr>
        <w:t>NIE - nie wyrażam zgody.</w:t>
      </w:r>
    </w:p>
    <w:p w14:paraId="6ADDABCC" w14:textId="77777777" w:rsidR="006C2110" w:rsidRPr="00406E9D" w:rsidRDefault="00000000">
      <w:pPr>
        <w:rPr>
          <w:color w:val="000000" w:themeColor="text1"/>
          <w:sz w:val="18"/>
          <w:szCs w:val="18"/>
          <w:lang w:val="pl-PL"/>
        </w:rPr>
      </w:pPr>
      <w:r w:rsidRPr="00406E9D">
        <w:rPr>
          <w:color w:val="000000" w:themeColor="text1"/>
          <w:sz w:val="18"/>
          <w:szCs w:val="18"/>
          <w:lang w:val="pl-PL"/>
        </w:rPr>
        <w:t xml:space="preserve">Zgoda obejmuje możliwość technicznej obróbki materiału (np. kadrowanie, zmiana rozmiaru, montaż), bez naruszania dóbr osobistych osoby przedstawionej. </w:t>
      </w:r>
      <w:r w:rsidRPr="00406E9D">
        <w:rPr>
          <w:b/>
          <w:color w:val="000000" w:themeColor="text1"/>
          <w:sz w:val="18"/>
          <w:szCs w:val="18"/>
          <w:lang w:val="pl-PL"/>
        </w:rPr>
        <w:t>Zgodę można wycofać w każdym czasie poprzez kontakt z Klubem. Wycofanie zgody nie wpływa na zgodność z prawem wykorzystania dokonanego przed jej wycofaniem.</w:t>
      </w:r>
    </w:p>
    <w:p w14:paraId="55149404" w14:textId="77777777" w:rsidR="006C2110" w:rsidRPr="00406E9D" w:rsidRDefault="00000000">
      <w:pPr>
        <w:jc w:val="center"/>
        <w:rPr>
          <w:color w:val="000000" w:themeColor="text1"/>
          <w:lang w:val="pl-PL"/>
        </w:rPr>
      </w:pPr>
      <w:r w:rsidRPr="00406E9D">
        <w:rPr>
          <w:color w:val="000000" w:themeColor="text1"/>
          <w:lang w:val="pl-PL"/>
        </w:rPr>
        <w:br/>
        <w:t>_______________________________</w:t>
      </w:r>
      <w:r w:rsidRPr="00406E9D">
        <w:rPr>
          <w:color w:val="000000" w:themeColor="text1"/>
          <w:lang w:val="pl-PL"/>
        </w:rPr>
        <w:br/>
        <w:t>data i czytelny podpis pełnoletniego członka / rodzica / opiekuna prawnego</w:t>
      </w:r>
    </w:p>
    <w:p w14:paraId="117F2E4E" w14:textId="77777777" w:rsidR="006C2110" w:rsidRPr="00406E9D" w:rsidRDefault="00000000">
      <w:pPr>
        <w:pStyle w:val="Nagwek1"/>
        <w:rPr>
          <w:color w:val="000000" w:themeColor="text1"/>
          <w:lang w:val="pl-PL"/>
        </w:rPr>
      </w:pPr>
      <w:r w:rsidRPr="00406E9D">
        <w:rPr>
          <w:color w:val="000000" w:themeColor="text1"/>
          <w:lang w:val="pl-PL"/>
        </w:rPr>
        <w:lastRenderedPageBreak/>
        <w:t>7. Oświadczenia organizacyjne</w:t>
      </w:r>
    </w:p>
    <w:p w14:paraId="57201970" w14:textId="77777777" w:rsidR="006C2110" w:rsidRPr="00406E9D" w:rsidRDefault="00000000">
      <w:pPr>
        <w:spacing w:after="40"/>
        <w:ind w:left="113"/>
        <w:rPr>
          <w:color w:val="000000" w:themeColor="text1"/>
          <w:sz w:val="18"/>
          <w:szCs w:val="18"/>
          <w:lang w:val="pl-PL"/>
        </w:rPr>
      </w:pPr>
      <w:r w:rsidRPr="00406E9D">
        <w:rPr>
          <w:b/>
          <w:color w:val="000000" w:themeColor="text1"/>
          <w:sz w:val="18"/>
          <w:szCs w:val="18"/>
          <w:lang w:val="pl-PL"/>
        </w:rPr>
        <w:t xml:space="preserve">☐ </w:t>
      </w:r>
      <w:r w:rsidRPr="00406E9D">
        <w:rPr>
          <w:color w:val="000000" w:themeColor="text1"/>
          <w:sz w:val="18"/>
          <w:szCs w:val="18"/>
          <w:lang w:val="pl-PL"/>
        </w:rPr>
        <w:t>Zobowiązuję się do niezwłocznego informowania Klubu o zmianie danych kontaktowych mających znaczenie dla organizacji zajęć i członkostwa.</w:t>
      </w:r>
    </w:p>
    <w:p w14:paraId="057CB2E3" w14:textId="77777777" w:rsidR="006C2110" w:rsidRPr="00406E9D" w:rsidRDefault="00000000">
      <w:pPr>
        <w:spacing w:after="40"/>
        <w:ind w:left="113"/>
        <w:rPr>
          <w:color w:val="000000" w:themeColor="text1"/>
          <w:sz w:val="18"/>
          <w:szCs w:val="18"/>
          <w:lang w:val="pl-PL"/>
        </w:rPr>
      </w:pPr>
      <w:r w:rsidRPr="00406E9D">
        <w:rPr>
          <w:b/>
          <w:color w:val="000000" w:themeColor="text1"/>
          <w:sz w:val="18"/>
          <w:szCs w:val="18"/>
          <w:lang w:val="pl-PL"/>
        </w:rPr>
        <w:t xml:space="preserve">☐ </w:t>
      </w:r>
      <w:r w:rsidRPr="00406E9D">
        <w:rPr>
          <w:color w:val="000000" w:themeColor="text1"/>
          <w:sz w:val="18"/>
          <w:szCs w:val="18"/>
          <w:lang w:val="pl-PL"/>
        </w:rPr>
        <w:t>Przyjmuję do wiadomości, że informacje organizacyjne dotyczące zajęć, zmian harmonogramu, zawodów i wydarzeń mogą być przekazywane na podany przeze mnie adres e-mail lub numer telefonu.</w:t>
      </w:r>
    </w:p>
    <w:p w14:paraId="1BE74FBC" w14:textId="77777777" w:rsidR="006C2110" w:rsidRPr="00406E9D" w:rsidRDefault="006C2110">
      <w:pPr>
        <w:rPr>
          <w:color w:val="000000" w:themeColor="text1"/>
          <w:sz w:val="18"/>
          <w:szCs w:val="18"/>
          <w:lang w:val="pl-PL"/>
        </w:rPr>
      </w:pPr>
    </w:p>
    <w:p w14:paraId="13EAABA7" w14:textId="56C9B72E" w:rsidR="006C2110" w:rsidRPr="00406E9D" w:rsidRDefault="006C2110">
      <w:pPr>
        <w:spacing w:before="160"/>
        <w:rPr>
          <w:lang w:val="pl-PL"/>
        </w:rPr>
      </w:pPr>
    </w:p>
    <w:sectPr w:rsidR="006C2110" w:rsidRPr="00406E9D" w:rsidSect="00034616">
      <w:footerReference w:type="default" r:id="rId8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E1313" w14:textId="77777777" w:rsidR="00723876" w:rsidRDefault="00723876">
      <w:pPr>
        <w:spacing w:after="0" w:line="240" w:lineRule="auto"/>
      </w:pPr>
      <w:r>
        <w:separator/>
      </w:r>
    </w:p>
  </w:endnote>
  <w:endnote w:type="continuationSeparator" w:id="0">
    <w:p w14:paraId="210C6352" w14:textId="77777777" w:rsidR="00723876" w:rsidRDefault="00723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2E5D" w14:textId="77777777" w:rsidR="006C2110" w:rsidRPr="00406E9D" w:rsidRDefault="00000000">
    <w:pPr>
      <w:pStyle w:val="Stopka"/>
      <w:jc w:val="center"/>
      <w:rPr>
        <w:lang w:val="pl-PL"/>
      </w:rPr>
    </w:pPr>
    <w:r w:rsidRPr="008717BC">
      <w:rPr>
        <w:lang w:val="pl-PL"/>
      </w:rPr>
      <w:t>UKS KT „Orzeł” Lusowo • deklaracja członkowska 2026/2027 • aktualizacja: 17.09.2026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07AC5" w14:textId="77777777" w:rsidR="00723876" w:rsidRDefault="00723876">
      <w:pPr>
        <w:spacing w:after="0" w:line="240" w:lineRule="auto"/>
      </w:pPr>
      <w:r>
        <w:separator/>
      </w:r>
    </w:p>
  </w:footnote>
  <w:footnote w:type="continuationSeparator" w:id="0">
    <w:p w14:paraId="4D789FC3" w14:textId="77777777" w:rsidR="00723876" w:rsidRDefault="007238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8916484">
    <w:abstractNumId w:val="8"/>
  </w:num>
  <w:num w:numId="2" w16cid:durableId="365762498">
    <w:abstractNumId w:val="6"/>
  </w:num>
  <w:num w:numId="3" w16cid:durableId="2011832917">
    <w:abstractNumId w:val="5"/>
  </w:num>
  <w:num w:numId="4" w16cid:durableId="1108818770">
    <w:abstractNumId w:val="4"/>
  </w:num>
  <w:num w:numId="5" w16cid:durableId="408162513">
    <w:abstractNumId w:val="7"/>
  </w:num>
  <w:num w:numId="6" w16cid:durableId="1232617087">
    <w:abstractNumId w:val="3"/>
  </w:num>
  <w:num w:numId="7" w16cid:durableId="353194558">
    <w:abstractNumId w:val="2"/>
  </w:num>
  <w:num w:numId="8" w16cid:durableId="1625887588">
    <w:abstractNumId w:val="1"/>
  </w:num>
  <w:num w:numId="9" w16cid:durableId="29275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2048"/>
    <w:rsid w:val="0015074B"/>
    <w:rsid w:val="0029639D"/>
    <w:rsid w:val="00326F90"/>
    <w:rsid w:val="00406E9D"/>
    <w:rsid w:val="00602EBD"/>
    <w:rsid w:val="006C2110"/>
    <w:rsid w:val="00723876"/>
    <w:rsid w:val="008717BC"/>
    <w:rsid w:val="00AA1D8D"/>
    <w:rsid w:val="00B47730"/>
    <w:rsid w:val="00CB0664"/>
    <w:rsid w:val="00CE7745"/>
    <w:rsid w:val="00F254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6EB5FE"/>
  <w14:defaultImageDpi w14:val="300"/>
  <w15:docId w15:val="{F00B4051-D2E1-414F-9EE9-72FF4E2A4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/>
    </w:pPr>
    <w:rPr>
      <w:rFonts w:ascii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1204</Words>
  <Characters>7227</Characters>
  <Application>Microsoft Office Word</Application>
  <DocSecurity>0</DocSecurity>
  <Lines>60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2026-09-17T05:36:00Z</dcterms:created>
  <dcterms:modified xsi:type="dcterms:W3CDTF">2026-09-17T05:36:00Z</dcterms:modified>
  <cp:category/>
</cp:coreProperties>
</file>